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080000" cy="138220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znak2(1)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382209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b/>
          <w:color w:val="663399"/>
          <w:sz w:val="44"/>
        </w:rPr>
        <w:br/>
        <w:t>PŘIHLÁŠKA DO SOUTĚŽNÍ PŘEHLÍDKY</w:t>
        <w:br/>
        <w:t>KOMORNÍ HRY NA KEYBOARDY</w:t>
      </w:r>
    </w:p>
    <w:p>
      <w:pPr>
        <w:jc w:val="center"/>
      </w:pPr>
      <w:r>
        <w:t>ZUŠ Žatec • 24. března 2027</w:t>
      </w:r>
    </w:p>
    <w:p>
      <w:pPr>
        <w:jc w:val="center"/>
      </w:pPr>
      <w:r>
        <w:t>♫ ♪ ♫ ♪ ♫ ♪ ♫ ♪ ♫ ♪ ♫ ♪ ♫</w:t>
      </w:r>
    </w:p>
    <w:p>
      <w:pPr>
        <w:pStyle w:val="Heading2"/>
      </w:pPr>
      <w:r>
        <w:t>IDENTIFIKACE SOUBORU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270"/>
          </w:tcPr>
          <w:p>
            <w:r>
              <w:t>Škola</w:t>
            </w:r>
          </w:p>
        </w:tc>
        <w:tc>
          <w:tcPr>
            <w:tcW w:type="dxa" w:w="5270"/>
          </w:tcPr>
          <w:p>
            <w:r>
              <w:t>Název souboru</w:t>
            </w:r>
          </w:p>
        </w:tc>
      </w:tr>
      <w:tr>
        <w:tc>
          <w:tcPr>
            <w:tcW w:type="dxa" w:w="5270"/>
          </w:tcPr>
          <w:p/>
        </w:tc>
        <w:tc>
          <w:tcPr>
            <w:tcW w:type="dxa" w:w="5270"/>
          </w:tcPr>
          <w:p/>
        </w:tc>
      </w:tr>
    </w:tbl>
    <w:p>
      <w:pPr>
        <w:pStyle w:val="Heading2"/>
      </w:pPr>
      <w:r>
        <w:t>SOUTĚŽÍCÍ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3513"/>
          </w:tcPr>
          <w:p>
            <w:r>
              <w:t>Jméno a příjmení</w:t>
            </w:r>
          </w:p>
        </w:tc>
        <w:tc>
          <w:tcPr>
            <w:tcW w:type="dxa" w:w="3513"/>
          </w:tcPr>
          <w:p>
            <w:r>
              <w:t>Datum narození</w:t>
            </w:r>
          </w:p>
        </w:tc>
        <w:tc>
          <w:tcPr>
            <w:tcW w:type="dxa" w:w="3513"/>
          </w:tcPr>
          <w:p>
            <w:r>
              <w:t>Hudební nástroj</w:t>
            </w:r>
          </w:p>
        </w:tc>
      </w:tr>
      <w:tr>
        <w:tc>
          <w:tcPr>
            <w:tcW w:type="dxa" w:w="3513"/>
          </w:tcPr>
          <w:p/>
        </w:tc>
        <w:tc>
          <w:tcPr>
            <w:tcW w:type="dxa" w:w="3513"/>
          </w:tcPr>
          <w:p/>
        </w:tc>
        <w:tc>
          <w:tcPr>
            <w:tcW w:type="dxa" w:w="3513"/>
          </w:tcPr>
          <w:p/>
        </w:tc>
      </w:tr>
      <w:tr>
        <w:tc>
          <w:tcPr>
            <w:tcW w:type="dxa" w:w="3513"/>
          </w:tcPr>
          <w:p/>
        </w:tc>
        <w:tc>
          <w:tcPr>
            <w:tcW w:type="dxa" w:w="3513"/>
          </w:tcPr>
          <w:p/>
        </w:tc>
        <w:tc>
          <w:tcPr>
            <w:tcW w:type="dxa" w:w="3513"/>
          </w:tcPr>
          <w:p/>
        </w:tc>
      </w:tr>
      <w:tr>
        <w:tc>
          <w:tcPr>
            <w:tcW w:type="dxa" w:w="3513"/>
          </w:tcPr>
          <w:p/>
        </w:tc>
        <w:tc>
          <w:tcPr>
            <w:tcW w:type="dxa" w:w="3513"/>
          </w:tcPr>
          <w:p/>
        </w:tc>
        <w:tc>
          <w:tcPr>
            <w:tcW w:type="dxa" w:w="3513"/>
          </w:tcPr>
          <w:p/>
        </w:tc>
      </w:tr>
      <w:tr>
        <w:tc>
          <w:tcPr>
            <w:tcW w:type="dxa" w:w="3513"/>
          </w:tcPr>
          <w:p/>
        </w:tc>
        <w:tc>
          <w:tcPr>
            <w:tcW w:type="dxa" w:w="3513"/>
          </w:tcPr>
          <w:p/>
        </w:tc>
        <w:tc>
          <w:tcPr>
            <w:tcW w:type="dxa" w:w="3513"/>
          </w:tcPr>
          <w:p/>
        </w:tc>
      </w:tr>
      <w:tr>
        <w:tc>
          <w:tcPr>
            <w:tcW w:type="dxa" w:w="3513"/>
          </w:tcPr>
          <w:p/>
        </w:tc>
        <w:tc>
          <w:tcPr>
            <w:tcW w:type="dxa" w:w="3513"/>
          </w:tcPr>
          <w:p/>
        </w:tc>
        <w:tc>
          <w:tcPr>
            <w:tcW w:type="dxa" w:w="3513"/>
          </w:tcPr>
          <w:p/>
        </w:tc>
      </w:tr>
      <w:tr>
        <w:tc>
          <w:tcPr>
            <w:tcW w:type="dxa" w:w="3513"/>
          </w:tcPr>
          <w:p/>
        </w:tc>
        <w:tc>
          <w:tcPr>
            <w:tcW w:type="dxa" w:w="3513"/>
          </w:tcPr>
          <w:p/>
        </w:tc>
        <w:tc>
          <w:tcPr>
            <w:tcW w:type="dxa" w:w="3513"/>
          </w:tcPr>
          <w:p/>
        </w:tc>
      </w:tr>
      <w:tr>
        <w:tc>
          <w:tcPr>
            <w:tcW w:type="dxa" w:w="3513"/>
          </w:tcPr>
          <w:p/>
        </w:tc>
        <w:tc>
          <w:tcPr>
            <w:tcW w:type="dxa" w:w="3513"/>
          </w:tcPr>
          <w:p/>
        </w:tc>
        <w:tc>
          <w:tcPr>
            <w:tcW w:type="dxa" w:w="3513"/>
          </w:tcPr>
          <w:p/>
        </w:tc>
      </w:tr>
      <w:tr>
        <w:tc>
          <w:tcPr>
            <w:tcW w:type="dxa" w:w="3513"/>
          </w:tcPr>
          <w:p/>
        </w:tc>
        <w:tc>
          <w:tcPr>
            <w:tcW w:type="dxa" w:w="3513"/>
          </w:tcPr>
          <w:p/>
        </w:tc>
        <w:tc>
          <w:tcPr>
            <w:tcW w:type="dxa" w:w="3513"/>
          </w:tcPr>
          <w:p/>
        </w:tc>
      </w:tr>
      <w:tr>
        <w:tc>
          <w:tcPr>
            <w:tcW w:type="dxa" w:w="3513"/>
          </w:tcPr>
          <w:p/>
        </w:tc>
        <w:tc>
          <w:tcPr>
            <w:tcW w:type="dxa" w:w="3513"/>
          </w:tcPr>
          <w:p/>
        </w:tc>
        <w:tc>
          <w:tcPr>
            <w:tcW w:type="dxa" w:w="3513"/>
          </w:tcPr>
          <w:p/>
        </w:tc>
      </w:tr>
    </w:tbl>
    <w:p>
      <w:r>
        <w:br/>
        <w:t>Věkový průměr: __________________________</w:t>
      </w:r>
    </w:p>
    <w:p>
      <w:r>
        <w:t>Kategorie: ______________________________</w:t>
      </w:r>
    </w:p>
    <w:p>
      <w:pPr>
        <w:pStyle w:val="Heading2"/>
      </w:pPr>
      <w:r>
        <w:t>SOUTĚŽNÍ REPERTOÁR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</w:tcPr>
          <w:p>
            <w:r>
              <w:t>Pořadí</w:t>
            </w:r>
          </w:p>
        </w:tc>
        <w:tc>
          <w:tcPr>
            <w:tcW w:type="dxa" w:w="2635"/>
          </w:tcPr>
          <w:p>
            <w:r>
              <w:t>Autor skladby</w:t>
            </w:r>
          </w:p>
        </w:tc>
        <w:tc>
          <w:tcPr>
            <w:tcW w:type="dxa" w:w="2635"/>
          </w:tcPr>
          <w:p>
            <w:r>
              <w:t>Název skladby (části, věty)</w:t>
            </w:r>
          </w:p>
        </w:tc>
        <w:tc>
          <w:tcPr>
            <w:tcW w:type="dxa" w:w="2635"/>
          </w:tcPr>
          <w:p>
            <w:r>
              <w:t>Minutáž</w:t>
            </w:r>
          </w:p>
        </w:tc>
      </w:tr>
      <w:tr>
        <w:tc>
          <w:tcPr>
            <w:tcW w:type="dxa" w:w="2635"/>
          </w:tcPr>
          <w:p/>
        </w:tc>
        <w:tc>
          <w:tcPr>
            <w:tcW w:type="dxa" w:w="2635"/>
          </w:tcPr>
          <w:p/>
        </w:tc>
        <w:tc>
          <w:tcPr>
            <w:tcW w:type="dxa" w:w="2635"/>
          </w:tcPr>
          <w:p/>
        </w:tc>
        <w:tc>
          <w:tcPr>
            <w:tcW w:type="dxa" w:w="2635"/>
          </w:tcPr>
          <w:p/>
        </w:tc>
      </w:tr>
      <w:tr>
        <w:tc>
          <w:tcPr>
            <w:tcW w:type="dxa" w:w="2635"/>
          </w:tcPr>
          <w:p/>
        </w:tc>
        <w:tc>
          <w:tcPr>
            <w:tcW w:type="dxa" w:w="2635"/>
          </w:tcPr>
          <w:p/>
        </w:tc>
        <w:tc>
          <w:tcPr>
            <w:tcW w:type="dxa" w:w="2635"/>
          </w:tcPr>
          <w:p/>
        </w:tc>
        <w:tc>
          <w:tcPr>
            <w:tcW w:type="dxa" w:w="2635"/>
          </w:tcPr>
          <w:p/>
        </w:tc>
      </w:tr>
      <w:tr>
        <w:tc>
          <w:tcPr>
            <w:tcW w:type="dxa" w:w="2635"/>
          </w:tcPr>
          <w:p/>
        </w:tc>
        <w:tc>
          <w:tcPr>
            <w:tcW w:type="dxa" w:w="2635"/>
          </w:tcPr>
          <w:p/>
        </w:tc>
        <w:tc>
          <w:tcPr>
            <w:tcW w:type="dxa" w:w="2635"/>
          </w:tcPr>
          <w:p/>
        </w:tc>
        <w:tc>
          <w:tcPr>
            <w:tcW w:type="dxa" w:w="2635"/>
          </w:tcPr>
          <w:p/>
        </w:tc>
      </w:tr>
      <w:tr>
        <w:tc>
          <w:tcPr>
            <w:tcW w:type="dxa" w:w="2635"/>
          </w:tcPr>
          <w:p/>
        </w:tc>
        <w:tc>
          <w:tcPr>
            <w:tcW w:type="dxa" w:w="2635"/>
          </w:tcPr>
          <w:p/>
        </w:tc>
        <w:tc>
          <w:tcPr>
            <w:tcW w:type="dxa" w:w="2635"/>
          </w:tcPr>
          <w:p/>
        </w:tc>
        <w:tc>
          <w:tcPr>
            <w:tcW w:type="dxa" w:w="2635"/>
          </w:tcPr>
          <w:p/>
        </w:tc>
      </w:tr>
      <w:tr>
        <w:tc>
          <w:tcPr>
            <w:tcW w:type="dxa" w:w="2635"/>
          </w:tcPr>
          <w:p/>
        </w:tc>
        <w:tc>
          <w:tcPr>
            <w:tcW w:type="dxa" w:w="2635"/>
          </w:tcPr>
          <w:p/>
        </w:tc>
        <w:tc>
          <w:tcPr>
            <w:tcW w:type="dxa" w:w="2635"/>
          </w:tcPr>
          <w:p/>
        </w:tc>
        <w:tc>
          <w:tcPr>
            <w:tcW w:type="dxa" w:w="2635"/>
          </w:tcPr>
          <w:p/>
        </w:tc>
      </w:tr>
    </w:tbl>
    <w:p>
      <w:pPr>
        <w:pStyle w:val="Heading2"/>
      </w:pPr>
      <w:r>
        <w:t>KONTAKTNÍ ÚDAJE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3513"/>
          </w:tcPr>
          <w:p>
            <w:r>
              <w:t>Jméno pedagoga</w:t>
            </w:r>
          </w:p>
        </w:tc>
        <w:tc>
          <w:tcPr>
            <w:tcW w:type="dxa" w:w="3513"/>
          </w:tcPr>
          <w:p>
            <w:r>
              <w:t>E-mail</w:t>
            </w:r>
          </w:p>
        </w:tc>
        <w:tc>
          <w:tcPr>
            <w:tcW w:type="dxa" w:w="3513"/>
          </w:tcPr>
          <w:p>
            <w:r>
              <w:t>Telefon</w:t>
            </w:r>
          </w:p>
        </w:tc>
      </w:tr>
      <w:tr>
        <w:tc>
          <w:tcPr>
            <w:tcW w:type="dxa" w:w="3513"/>
          </w:tcPr>
          <w:p/>
        </w:tc>
        <w:tc>
          <w:tcPr>
            <w:tcW w:type="dxa" w:w="3513"/>
          </w:tcPr>
          <w:p/>
        </w:tc>
        <w:tc>
          <w:tcPr>
            <w:tcW w:type="dxa" w:w="3513"/>
          </w:tcPr>
          <w:p/>
        </w:tc>
      </w:tr>
    </w:tbl>
    <w:p>
      <w:pPr>
        <w:jc w:val="center"/>
      </w:pPr>
      <w:r>
        <w:rPr>
          <w:b/>
          <w:color w:val="663399"/>
        </w:rPr>
        <w:br/>
        <w:t>♫ Těšíme se na Vaši účast v Žatci! ♫</w:t>
      </w:r>
    </w:p>
    <w:sectPr w:rsidR="00FC693F" w:rsidRPr="0006063C" w:rsidSect="00034616">
      <w:pgSz w:w="12240" w:h="15840"/>
      <w:pgMar w:top="680" w:right="850" w:bottom="68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